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5551" w14:textId="77777777" w:rsidR="00924338" w:rsidRDefault="00BF3004">
      <w:pPr>
        <w:spacing w:after="40"/>
        <w:jc w:val="center"/>
      </w:pPr>
      <w:r>
        <w:rPr>
          <w:b/>
          <w:sz w:val="28"/>
        </w:rPr>
        <w:t xml:space="preserve">Remarks by H.E. Mr. MIKAMI </w:t>
      </w:r>
      <w:proofErr w:type="spellStart"/>
      <w:r>
        <w:rPr>
          <w:b/>
          <w:sz w:val="28"/>
        </w:rPr>
        <w:t>Akiteru</w:t>
      </w:r>
      <w:proofErr w:type="spellEnd"/>
    </w:p>
    <w:p w14:paraId="72FAED06" w14:textId="77777777" w:rsidR="00924338" w:rsidRDefault="00BF3004">
      <w:pPr>
        <w:spacing w:after="40"/>
        <w:jc w:val="center"/>
      </w:pPr>
      <w:r>
        <w:rPr>
          <w:sz w:val="24"/>
        </w:rPr>
        <w:t>Ambassador of Japan to the Republic of Zambia</w:t>
      </w:r>
    </w:p>
    <w:p w14:paraId="1F63EEE6" w14:textId="77777777" w:rsidR="00924338" w:rsidRDefault="00BF3004">
      <w:pPr>
        <w:spacing w:after="40"/>
        <w:jc w:val="center"/>
      </w:pPr>
      <w:r>
        <w:rPr>
          <w:sz w:val="24"/>
        </w:rPr>
        <w:t>at the Closing Ceremony of the</w:t>
      </w:r>
    </w:p>
    <w:p w14:paraId="57D0C0CD" w14:textId="77777777" w:rsidR="00924338" w:rsidRDefault="00BF3004">
      <w:pPr>
        <w:spacing w:after="40"/>
        <w:jc w:val="center"/>
      </w:pPr>
      <w:r>
        <w:rPr>
          <w:b/>
          <w:sz w:val="24"/>
        </w:rPr>
        <w:t>15th Japanese Ambassador’s Karate Tournament</w:t>
      </w:r>
    </w:p>
    <w:p w14:paraId="7E814ABE" w14:textId="77777777" w:rsidR="00924338" w:rsidRDefault="00BF3004">
      <w:pPr>
        <w:spacing w:after="200"/>
        <w:jc w:val="center"/>
        <w:rPr>
          <w:sz w:val="22"/>
        </w:rPr>
      </w:pPr>
      <w:r>
        <w:rPr>
          <w:sz w:val="22"/>
        </w:rPr>
        <w:t>6 September 2026 | National Sports Development Centre (NASDEC)</w:t>
      </w:r>
    </w:p>
    <w:p w14:paraId="56D56AED" w14:textId="77777777" w:rsidR="00BF3004" w:rsidRDefault="00BF3004">
      <w:pPr>
        <w:spacing w:after="200"/>
        <w:jc w:val="center"/>
      </w:pPr>
    </w:p>
    <w:p w14:paraId="411D45CC" w14:textId="77777777" w:rsidR="00924338" w:rsidRDefault="00BF3004">
      <w:pPr>
        <w:spacing w:after="20"/>
      </w:pPr>
      <w:r>
        <w:t xml:space="preserve">Guest of </w:t>
      </w:r>
      <w:proofErr w:type="spellStart"/>
      <w:r>
        <w:t>Honour</w:t>
      </w:r>
      <w:proofErr w:type="spellEnd"/>
      <w:r>
        <w:t>, Mr. Kangwa Chileshe, Permanent Secretary for Youth and Sport, Ministry of Youth, Sport and Arts,</w:t>
      </w:r>
    </w:p>
    <w:p w14:paraId="1B0B76CF" w14:textId="77777777" w:rsidR="00924338" w:rsidRDefault="00BF3004">
      <w:pPr>
        <w:spacing w:after="20"/>
      </w:pPr>
      <w:r>
        <w:t xml:space="preserve">Mr. Simba </w:t>
      </w:r>
      <w:proofErr w:type="spellStart"/>
      <w:r>
        <w:t>Mangaba</w:t>
      </w:r>
      <w:proofErr w:type="spellEnd"/>
      <w:r>
        <w:t xml:space="preserve">, Executive Director of Kyokushin </w:t>
      </w:r>
      <w:proofErr w:type="spellStart"/>
      <w:r>
        <w:t>Kenbukaikan</w:t>
      </w:r>
      <w:proofErr w:type="spellEnd"/>
      <w:r>
        <w:t xml:space="preserve"> International,</w:t>
      </w:r>
    </w:p>
    <w:p w14:paraId="32D823A2" w14:textId="13A4BD67" w:rsidR="00924338" w:rsidRDefault="00BF3004" w:rsidP="2DF49D7B">
      <w:pPr>
        <w:spacing w:after="20"/>
      </w:pPr>
      <w:r>
        <w:t>Distinguished guests, officials, coaches, parents and supporters,</w:t>
      </w:r>
    </w:p>
    <w:p w14:paraId="76635CE0" w14:textId="77777777" w:rsidR="00BF3004" w:rsidRPr="00B94000" w:rsidRDefault="00BF3004" w:rsidP="00BF3004">
      <w:pPr>
        <w:spacing w:after="160"/>
        <w:rPr>
          <w:bCs/>
          <w:lang w:eastAsia="ja-JP"/>
        </w:rPr>
      </w:pPr>
      <w:r w:rsidRPr="00B94000">
        <w:rPr>
          <w:bCs/>
        </w:rPr>
        <w:t>And, above all, all karateka who participated in this tournament,</w:t>
      </w:r>
    </w:p>
    <w:p w14:paraId="25EB7889" w14:textId="77777777" w:rsidR="00BF3004" w:rsidRDefault="00BF3004" w:rsidP="00BF3004">
      <w:pPr>
        <w:spacing w:after="160"/>
        <w:rPr>
          <w:b/>
          <w:lang w:eastAsia="ja-JP"/>
        </w:rPr>
      </w:pPr>
    </w:p>
    <w:p w14:paraId="7B07602D" w14:textId="47441641" w:rsidR="00BF3004" w:rsidRDefault="00BF3004" w:rsidP="00BF3004">
      <w:pPr>
        <w:spacing w:after="160"/>
        <w:ind w:firstLineChars="100" w:firstLine="230"/>
        <w:rPr>
          <w:lang w:eastAsia="ja-JP"/>
        </w:rPr>
      </w:pPr>
      <w:r>
        <w:t>As</w:t>
      </w:r>
      <w:r>
        <w:rPr>
          <w:rFonts w:hint="eastAsia"/>
          <w:lang w:eastAsia="ja-JP"/>
        </w:rPr>
        <w:t xml:space="preserve"> w</w:t>
      </w:r>
      <w:r>
        <w:t>e bring the 15th Japanese Ambassador’s Karate Tournament to a close, I would first like to congratulate every karateka who stepped onto the floor during this competition. It has been a privilege to witness your skill, courage and concentration, and to see the results of many months and years of training.</w:t>
      </w:r>
    </w:p>
    <w:p w14:paraId="493EC376" w14:textId="6EE7FA2E" w:rsidR="00BF3004" w:rsidRDefault="00BF3004" w:rsidP="2DF49D7B">
      <w:pPr>
        <w:spacing w:after="160"/>
        <w:ind w:firstLineChars="100" w:firstLine="230"/>
        <w:rPr>
          <w:lang w:eastAsia="ja-JP"/>
        </w:rPr>
      </w:pPr>
    </w:p>
    <w:p w14:paraId="7BC237C2" w14:textId="2D11C7AE" w:rsidR="00BF3004" w:rsidRDefault="00BF3004" w:rsidP="00BF3004">
      <w:pPr>
        <w:spacing w:after="160"/>
        <w:ind w:firstLineChars="100" w:firstLine="230"/>
        <w:rPr>
          <w:lang w:eastAsia="ja-JP"/>
        </w:rPr>
      </w:pPr>
      <w:r>
        <w:t>To those receiving medals and trophies today, congratulations. Your success reflects talent, preparation and composure under pressure. I hope you will accept your awards with humility and remember everyone who contributed to your achievement: your instructors, training partners, families and opponents.</w:t>
      </w:r>
    </w:p>
    <w:p w14:paraId="73127824" w14:textId="74B3B41E" w:rsidR="00BF3004" w:rsidRDefault="00BF3004" w:rsidP="00BF3004">
      <w:pPr>
        <w:spacing w:after="160"/>
        <w:ind w:firstLineChars="100" w:firstLine="230"/>
        <w:rPr>
          <w:lang w:eastAsia="ja-JP"/>
        </w:rPr>
      </w:pPr>
      <w:r>
        <w:t>To those who did not receive an award, I also offer my sincere congratulations. Entering a competition requires courage. A result on one day does not define your ability or your future. The lessons that come from disappointment</w:t>
      </w:r>
      <w:r>
        <w:rPr>
          <w:rFonts w:hint="eastAsia"/>
          <w:lang w:eastAsia="ja-JP"/>
        </w:rPr>
        <w:t xml:space="preserve">, </w:t>
      </w:r>
      <w:r>
        <w:t>when examined honestly and used constructively</w:t>
      </w:r>
      <w:r>
        <w:rPr>
          <w:rFonts w:hint="eastAsia"/>
          <w:lang w:eastAsia="ja-JP"/>
        </w:rPr>
        <w:t xml:space="preserve">, </w:t>
      </w:r>
      <w:r>
        <w:t>can become the foundation of later success. I hope each of you leaves today with a clearer understanding of what you have achieved and what you wish to improve.</w:t>
      </w:r>
    </w:p>
    <w:p w14:paraId="30D3B9C8" w14:textId="77777777" w:rsidR="00BF3004" w:rsidRDefault="00BF3004" w:rsidP="00BF3004">
      <w:pPr>
        <w:spacing w:after="160"/>
        <w:ind w:firstLineChars="100" w:firstLine="230"/>
        <w:rPr>
          <w:lang w:eastAsia="ja-JP"/>
        </w:rPr>
      </w:pPr>
    </w:p>
    <w:p w14:paraId="13A6B86B" w14:textId="77777777" w:rsidR="00BF3004" w:rsidRDefault="00BF3004" w:rsidP="00BF3004">
      <w:pPr>
        <w:spacing w:after="160"/>
        <w:ind w:firstLineChars="100" w:firstLine="230"/>
        <w:rPr>
          <w:lang w:eastAsia="ja-JP"/>
        </w:rPr>
      </w:pPr>
      <w:r>
        <w:t xml:space="preserve">This 15th edition is an important milestone. Over these two days at NASDEC, we have seen karateka test themselves in kata, semi-contact and full-contact competition. Yet </w:t>
      </w:r>
      <w:proofErr w:type="gramStart"/>
      <w:r>
        <w:t>a tournament</w:t>
      </w:r>
      <w:proofErr w:type="gramEnd"/>
      <w:r>
        <w:t xml:space="preserve"> does not continue for fifteen editions through ceremony alone. It endures because generations of </w:t>
      </w:r>
      <w:proofErr w:type="spellStart"/>
      <w:r>
        <w:t>organisers</w:t>
      </w:r>
      <w:proofErr w:type="spellEnd"/>
      <w:r>
        <w:t>, instructors, referees, volunteers and supporters choose to invest their time and energy in it. Their collective effort has transformed the Japanese Ambassador’s Karate Tournament into a respected platform for competition and exchange in Zambia and the wider region.</w:t>
      </w:r>
    </w:p>
    <w:p w14:paraId="063C1FF9" w14:textId="77777777" w:rsidR="00BF3004" w:rsidRDefault="00BF3004" w:rsidP="00BF3004">
      <w:pPr>
        <w:spacing w:after="160"/>
        <w:ind w:firstLineChars="100" w:firstLine="230"/>
        <w:rPr>
          <w:lang w:eastAsia="ja-JP"/>
        </w:rPr>
      </w:pPr>
    </w:p>
    <w:p w14:paraId="6DBDFADE" w14:textId="1E261D87" w:rsidR="00BF3004" w:rsidRDefault="00BF3004" w:rsidP="00BF3004">
      <w:pPr>
        <w:spacing w:after="160"/>
        <w:ind w:firstLineChars="100" w:firstLine="230"/>
        <w:rPr>
          <w:lang w:eastAsia="ja-JP"/>
        </w:rPr>
      </w:pPr>
      <w:r>
        <w:t xml:space="preserve">I therefore extend my sincere appreciation to Kyokushin </w:t>
      </w:r>
      <w:proofErr w:type="spellStart"/>
      <w:r>
        <w:t>Kenbukaikan</w:t>
      </w:r>
      <w:proofErr w:type="spellEnd"/>
      <w:r>
        <w:t xml:space="preserve"> International, the participating karate </w:t>
      </w:r>
      <w:proofErr w:type="spellStart"/>
      <w:r>
        <w:t>organisations</w:t>
      </w:r>
      <w:proofErr w:type="spellEnd"/>
      <w:r>
        <w:t xml:space="preserve"> and clubs, and everyone involved in planning and managing this event. I thank the referees and judges, whose impartial decisions protected the credibility of the competition, and the medical and technical teams who helped ensure the safety of the participants.</w:t>
      </w:r>
    </w:p>
    <w:p w14:paraId="2916040B" w14:textId="77777777" w:rsidR="00BF3004" w:rsidRDefault="00BF3004" w:rsidP="00BF3004">
      <w:pPr>
        <w:spacing w:after="160"/>
        <w:ind w:firstLineChars="100" w:firstLine="230"/>
        <w:rPr>
          <w:lang w:eastAsia="ja-JP"/>
        </w:rPr>
      </w:pPr>
      <w:r>
        <w:lastRenderedPageBreak/>
        <w:t>I also wish to recognize the coaches and instructors. The public sees the performance in the ring, but rarely sees the early mornings, repeated corrections and patient guidance that make that performance possible. To the parents and families, thank you for the sacrifices you make and for encouraging young karateka to persevere.</w:t>
      </w:r>
    </w:p>
    <w:p w14:paraId="15432D85" w14:textId="77777777" w:rsidR="00BF3004" w:rsidRDefault="00BF3004" w:rsidP="00BF3004">
      <w:pPr>
        <w:spacing w:after="160"/>
        <w:ind w:firstLineChars="100" w:firstLine="230"/>
        <w:rPr>
          <w:lang w:eastAsia="ja-JP"/>
        </w:rPr>
      </w:pPr>
    </w:p>
    <w:p w14:paraId="4F97498D" w14:textId="77777777" w:rsidR="00BF3004" w:rsidRDefault="00BF3004" w:rsidP="00BF3004">
      <w:pPr>
        <w:spacing w:after="160"/>
        <w:ind w:firstLineChars="100" w:firstLine="230"/>
        <w:rPr>
          <w:lang w:eastAsia="ja-JP"/>
        </w:rPr>
      </w:pPr>
      <w:r>
        <w:t>I extend our sincere appreciation to the Ministry of Youth, Sport and Arts, represented today by Mr. Kangwa Chileshe, for its continued support for the development of sport and young athletes in Zambia. I also thank CFAO Mobility Zambia / Toyota Zambia for its generous sponsorship. By supporting this tournament, Toyota is not merely supporting a two-day competition. It is helping athletes gain experience, giving young people a goal towards which to work, and strengthening a sporting community that continues to expand across Zambia and the region.</w:t>
      </w:r>
    </w:p>
    <w:p w14:paraId="2A61B470" w14:textId="77777777" w:rsidR="00BF3004" w:rsidRDefault="00BF3004" w:rsidP="00BF3004">
      <w:pPr>
        <w:spacing w:after="160"/>
        <w:ind w:firstLineChars="100" w:firstLine="230"/>
        <w:rPr>
          <w:lang w:eastAsia="ja-JP"/>
        </w:rPr>
      </w:pPr>
    </w:p>
    <w:p w14:paraId="364AB2A7" w14:textId="6C2381F1" w:rsidR="00BF3004" w:rsidRDefault="00BF3004" w:rsidP="00BF3004">
      <w:pPr>
        <w:spacing w:after="160"/>
        <w:ind w:firstLineChars="100" w:firstLine="230"/>
        <w:rPr>
          <w:lang w:eastAsia="ja-JP"/>
        </w:rPr>
      </w:pPr>
    </w:p>
    <w:p w14:paraId="182174A7" w14:textId="1AD41DEF" w:rsidR="00BF3004" w:rsidRDefault="28A215A6" w:rsidP="2DF49D7B">
      <w:pPr>
        <w:spacing w:after="160" w:line="257" w:lineRule="auto"/>
        <w:ind w:firstLine="230"/>
        <w:rPr>
          <w:rFonts w:eastAsia="Arial" w:cs="Arial"/>
          <w:szCs w:val="23"/>
          <w:lang w:eastAsia="ja-JP"/>
        </w:rPr>
      </w:pPr>
      <w:r w:rsidRPr="2DF49D7B">
        <w:rPr>
          <w:lang w:eastAsia="ja-JP"/>
        </w:rPr>
        <w:t xml:space="preserve">Before the medal presentations, we will see demonstrations of two Japanese martial arts. </w:t>
      </w:r>
      <w:r w:rsidRPr="2DF49D7B">
        <w:rPr>
          <w:rFonts w:eastAsia="Arial" w:cs="Arial"/>
          <w:szCs w:val="23"/>
          <w:lang w:eastAsia="ja-JP"/>
        </w:rPr>
        <w:t>Ms. Hazuki Hatakeyama</w:t>
      </w:r>
      <w:r w:rsidR="46C15D99" w:rsidRPr="2DF49D7B">
        <w:rPr>
          <w:rFonts w:eastAsia="Arial" w:cs="Arial"/>
          <w:szCs w:val="23"/>
        </w:rPr>
        <w:t>, who is my colleague and holds a black belt</w:t>
      </w:r>
      <w:r w:rsidRPr="2DF49D7B">
        <w:rPr>
          <w:rFonts w:eastAsia="Arial" w:cs="Arial"/>
          <w:szCs w:val="23"/>
          <w:lang w:eastAsia="ja-JP"/>
        </w:rPr>
        <w:t xml:space="preserve"> will demonstrate kendo, followed by a karate demonstration by two children of Embassy staff, aged eight and nine. Although karate and kendo differ in their techniques and forms, both are budo - Japanese martial ways. Budo is not simply a set of techniques for defeating an opponent. It is a path of training through which a person learns respect, discipline, self-control and perseverance. Both arts demand control of mind as well as body and teach that the most important victory is mastery over oneself.</w:t>
      </w:r>
    </w:p>
    <w:p w14:paraId="5A07C54A" w14:textId="4500A8D6" w:rsidR="00BF3004" w:rsidRDefault="28A215A6" w:rsidP="2DF49D7B">
      <w:pPr>
        <w:spacing w:after="160" w:line="257" w:lineRule="auto"/>
        <w:ind w:firstLine="230"/>
        <w:rPr>
          <w:rFonts w:eastAsia="Arial" w:cs="Arial"/>
          <w:szCs w:val="23"/>
          <w:lang w:eastAsia="ja-JP"/>
        </w:rPr>
      </w:pPr>
      <w:r w:rsidRPr="2DF49D7B">
        <w:rPr>
          <w:rFonts w:eastAsia="Arial" w:cs="Arial"/>
          <w:szCs w:val="23"/>
          <w:lang w:eastAsia="ja-JP"/>
        </w:rPr>
        <w:t xml:space="preserve">The children's demonstration has </w:t>
      </w:r>
      <w:proofErr w:type="gramStart"/>
      <w:r w:rsidRPr="2DF49D7B">
        <w:rPr>
          <w:rFonts w:eastAsia="Arial" w:cs="Arial"/>
          <w:szCs w:val="23"/>
          <w:lang w:eastAsia="ja-JP"/>
        </w:rPr>
        <w:t>a further</w:t>
      </w:r>
      <w:proofErr w:type="gramEnd"/>
      <w:r w:rsidRPr="2DF49D7B">
        <w:rPr>
          <w:rFonts w:eastAsia="Arial" w:cs="Arial"/>
          <w:szCs w:val="23"/>
          <w:lang w:eastAsia="ja-JP"/>
        </w:rPr>
        <w:t xml:space="preserve"> significance. Karate originated in Japan and was once introduced to Zambia from abroad. Today, the karate community here has grown to the point that Zambian</w:t>
      </w:r>
      <w:r w:rsidR="544D47C1" w:rsidRPr="2DF49D7B">
        <w:rPr>
          <w:rFonts w:eastAsia="Arial" w:cs="Arial"/>
          <w:szCs w:val="23"/>
          <w:lang w:eastAsia="ja-JP"/>
        </w:rPr>
        <w:t xml:space="preserve"> and Zimbabwean</w:t>
      </w:r>
      <w:r w:rsidRPr="2DF49D7B">
        <w:rPr>
          <w:rFonts w:eastAsia="Arial" w:cs="Arial"/>
          <w:szCs w:val="23"/>
          <w:lang w:eastAsia="ja-JP"/>
        </w:rPr>
        <w:t xml:space="preserve"> instructors are teaching this Japanese martial art to Japanese children living in Zambia. This is no longer a one-way transfer of culture, but a genuine two-way exchange. Zambia has embraced karate, developed it through local dedication, and is now passing it back to a new generation of Japanese practitioners. This is a powerful illustration of the ties that karate has created between our people.</w:t>
      </w:r>
    </w:p>
    <w:p w14:paraId="27B30726" w14:textId="7B58BE13" w:rsidR="00BF3004" w:rsidRDefault="00BF3004" w:rsidP="18713354">
      <w:pPr>
        <w:spacing w:after="160"/>
        <w:ind w:firstLine="225"/>
        <w:rPr>
          <w:lang w:eastAsia="ja-JP"/>
        </w:rPr>
      </w:pPr>
    </w:p>
    <w:p w14:paraId="50577949" w14:textId="77777777" w:rsidR="00BF3004" w:rsidRDefault="00BF3004" w:rsidP="00BF3004">
      <w:pPr>
        <w:spacing w:after="160"/>
        <w:ind w:firstLineChars="100" w:firstLine="230"/>
        <w:rPr>
          <w:lang w:eastAsia="ja-JP"/>
        </w:rPr>
      </w:pPr>
      <w:r>
        <w:t>When you return to your dojos, I encourage you to share what you have learned here. Help younger karateka. Respect those with less experience. Train with purpose, but also with patience. The value of this tournament will not be measured only by today’s results, but by what each participant does after leaving this venue.</w:t>
      </w:r>
    </w:p>
    <w:p w14:paraId="6D953D5F" w14:textId="77777777" w:rsidR="00BF3004" w:rsidRDefault="00BF3004" w:rsidP="00BF3004">
      <w:pPr>
        <w:spacing w:after="160"/>
        <w:ind w:firstLineChars="100" w:firstLine="230"/>
        <w:rPr>
          <w:lang w:eastAsia="ja-JP"/>
        </w:rPr>
      </w:pPr>
    </w:p>
    <w:p w14:paraId="537D24E7" w14:textId="77777777" w:rsidR="00BF3004" w:rsidRDefault="00BF3004" w:rsidP="00BF3004">
      <w:pPr>
        <w:spacing w:after="160"/>
        <w:ind w:firstLineChars="100" w:firstLine="230"/>
        <w:rPr>
          <w:lang w:eastAsia="ja-JP"/>
        </w:rPr>
      </w:pPr>
      <w:r>
        <w:t>Once again, congratulations to all the award recipients and to every participant. I wish you a safe journey home and continued success in your training. I now declare the 15th Japanese Ambassador’s Karate Tournament officially closed.</w:t>
      </w:r>
    </w:p>
    <w:p w14:paraId="56FAFFB6" w14:textId="77777777" w:rsidR="00BF3004" w:rsidRDefault="00BF3004" w:rsidP="00BF3004">
      <w:pPr>
        <w:spacing w:after="160"/>
        <w:ind w:firstLineChars="100" w:firstLine="230"/>
        <w:rPr>
          <w:lang w:eastAsia="ja-JP"/>
        </w:rPr>
      </w:pPr>
    </w:p>
    <w:p w14:paraId="726ED898" w14:textId="02FDA04B" w:rsidR="00924338" w:rsidRDefault="00BF3004" w:rsidP="00BF3004">
      <w:pPr>
        <w:spacing w:after="160"/>
        <w:ind w:firstLineChars="100" w:firstLine="230"/>
      </w:pPr>
      <w:r>
        <w:t>Thank you very much.</w:t>
      </w:r>
    </w:p>
    <w:p w14:paraId="2178299E" w14:textId="7630D83C" w:rsidR="00924338" w:rsidRDefault="00924338">
      <w:pPr>
        <w:spacing w:before="80"/>
        <w:jc w:val="center"/>
      </w:pPr>
    </w:p>
    <w:sectPr w:rsidR="00924338" w:rsidSect="00034616">
      <w:footerReference w:type="default" r:id="rId11"/>
      <w:pgSz w:w="12240" w:h="15840"/>
      <w:pgMar w:top="1037" w:right="1267" w:bottom="1037" w:left="12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5722" w14:textId="77777777" w:rsidR="005452FB" w:rsidRDefault="005452FB">
      <w:pPr>
        <w:spacing w:after="0" w:line="240" w:lineRule="auto"/>
      </w:pPr>
      <w:r>
        <w:separator/>
      </w:r>
    </w:p>
  </w:endnote>
  <w:endnote w:type="continuationSeparator" w:id="0">
    <w:p w14:paraId="4621A4DB" w14:textId="77777777" w:rsidR="005452FB" w:rsidRDefault="0054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6581" w14:textId="77777777" w:rsidR="00924338" w:rsidRDefault="00BF3004">
    <w:pPr>
      <w:pStyle w:val="a7"/>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6AE6" w14:textId="77777777" w:rsidR="005452FB" w:rsidRDefault="005452FB">
      <w:pPr>
        <w:spacing w:after="0" w:line="240" w:lineRule="auto"/>
      </w:pPr>
      <w:r>
        <w:separator/>
      </w:r>
    </w:p>
  </w:footnote>
  <w:footnote w:type="continuationSeparator" w:id="0">
    <w:p w14:paraId="1FCAA28D" w14:textId="77777777" w:rsidR="005452FB" w:rsidRDefault="00545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76410777">
    <w:abstractNumId w:val="8"/>
  </w:num>
  <w:num w:numId="2" w16cid:durableId="1744526119">
    <w:abstractNumId w:val="6"/>
  </w:num>
  <w:num w:numId="3" w16cid:durableId="1414280399">
    <w:abstractNumId w:val="5"/>
  </w:num>
  <w:num w:numId="4" w16cid:durableId="1309284422">
    <w:abstractNumId w:val="4"/>
  </w:num>
  <w:num w:numId="5" w16cid:durableId="1498155144">
    <w:abstractNumId w:val="7"/>
  </w:num>
  <w:num w:numId="6" w16cid:durableId="1740901332">
    <w:abstractNumId w:val="3"/>
  </w:num>
  <w:num w:numId="7" w16cid:durableId="2008290713">
    <w:abstractNumId w:val="2"/>
  </w:num>
  <w:num w:numId="8" w16cid:durableId="1867599357">
    <w:abstractNumId w:val="1"/>
  </w:num>
  <w:num w:numId="9" w16cid:durableId="78107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27E82"/>
    <w:rsid w:val="00500B25"/>
    <w:rsid w:val="005452FB"/>
    <w:rsid w:val="00924338"/>
    <w:rsid w:val="00AA1D8D"/>
    <w:rsid w:val="00AE3F1F"/>
    <w:rsid w:val="00B47730"/>
    <w:rsid w:val="00B94000"/>
    <w:rsid w:val="00BF3004"/>
    <w:rsid w:val="00CB0664"/>
    <w:rsid w:val="00FC693F"/>
    <w:rsid w:val="00FC79CB"/>
    <w:rsid w:val="18713354"/>
    <w:rsid w:val="28A215A6"/>
    <w:rsid w:val="2DF49D7B"/>
    <w:rsid w:val="42E0E829"/>
    <w:rsid w:val="46C15D99"/>
    <w:rsid w:val="544D47C1"/>
    <w:rsid w:val="619397D5"/>
    <w:rsid w:val="6BA2268E"/>
    <w:rsid w:val="755F3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15B4B80"/>
  <w14:defaultImageDpi w14:val="300"/>
  <w15:docId w15:val="{B3743FE2-D29B-4EEB-821F-16C87C34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40" w:line="259" w:lineRule="auto"/>
    </w:pPr>
    <w:rPr>
      <w:rFonts w:ascii="Arial" w:hAnsi="Arial"/>
      <w:sz w:val="23"/>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Revision"/>
    <w:hidden/>
    <w:uiPriority w:val="99"/>
    <w:semiHidden/>
    <w:rsid w:val="00500B25"/>
    <w:pPr>
      <w:spacing w:after="0" w:line="240" w:lineRule="auto"/>
    </w:pPr>
    <w:rPr>
      <w:rFonts w:ascii="Arial" w:hAnsi="Arial"/>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8A84F4D29E690498D968A7644C6574E" ma:contentTypeVersion="16" ma:contentTypeDescription="新しいドキュメントを作成します。" ma:contentTypeScope="" ma:versionID="a4d8f0eb8e4dd4267de86f14c2774790">
  <xsd:schema xmlns:xsd="http://www.w3.org/2001/XMLSchema" xmlns:xs="http://www.w3.org/2001/XMLSchema" xmlns:p="http://schemas.microsoft.com/office/2006/metadata/properties" xmlns:ns2="305290c1-ecf4-4a00-a5d0-6087e362ee5c" xmlns:ns3="50805b8e-e415-4c73-9b46-68e764dd6305" targetNamespace="http://schemas.microsoft.com/office/2006/metadata/properties" ma:root="true" ma:fieldsID="23ffe6fdfdbda5a339d676c3079359c4" ns2:_="" ns3:_="">
    <xsd:import namespace="305290c1-ecf4-4a00-a5d0-6087e362ee5c"/>
    <xsd:import namespace="50805b8e-e415-4c73-9b46-68e764dd63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290c1-ecf4-4a00-a5d0-6087e362e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30b03df3-b95d-4578-86db-04c659450c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05b8e-e415-4c73-9b46-68e764dd630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3a6eaf76-eb3d-4479-a6b0-2d0e25a98023}" ma:internalName="TaxCatchAll" ma:showField="CatchAllData" ma:web="50805b8e-e415-4c73-9b46-68e764dd63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5290c1-ecf4-4a00-a5d0-6087e362ee5c">
      <Terms xmlns="http://schemas.microsoft.com/office/infopath/2007/PartnerControls"/>
    </lcf76f155ced4ddcb4097134ff3c332f>
    <TaxCatchAll xmlns="50805b8e-e415-4c73-9b46-68e764dd6305" xsi:nil="true"/>
  </documentManagement>
</p:properties>
</file>

<file path=customXml/itemProps1.xml><?xml version="1.0" encoding="utf-8"?>
<ds:datastoreItem xmlns:ds="http://schemas.openxmlformats.org/officeDocument/2006/customXml" ds:itemID="{EAAFB875-7B01-4998-A4C1-7CA437A3286D}">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8E3E3D4-C7EF-46D1-928F-EB4E2F7D3F99}"/>
</file>

<file path=customXml/itemProps4.xml><?xml version="1.0" encoding="utf-8"?>
<ds:datastoreItem xmlns:ds="http://schemas.openxmlformats.org/officeDocument/2006/customXml" ds:itemID="{5CCD6EAB-B5AF-4368-AF34-A59FBD7839D6}">
  <ds:schemaRefs>
    <ds:schemaRef ds:uri="http://schemas.microsoft.com/office/2006/metadata/properties"/>
    <ds:schemaRef ds:uri="http://schemas.microsoft.com/office/infopath/2007/PartnerControls"/>
    <ds:schemaRef ds:uri="acfb5e15-010b-4cc3-a6a5-478e6af832f5"/>
    <ds:schemaRef ds:uri="c2b22afc-a928-4f32-a46b-b69c7bb456ef"/>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788</Words>
  <Characters>4498</Characters>
  <DocSecurity>0</DocSecurity>
  <Lines>37</Lines>
  <Paragraphs>10</Paragraphs>
  <ScaleCrop>false</ScaleCrop>
  <LinksUpToDate>false</LinksUpToDate>
  <CharactersWithSpaces>5276</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0x010100A8A84F4D29E690498D968A7644C6574E</vt:lpwstr>
  </property>
  <property fmtid="{D5CDD505-2E9C-101B-9397-08002B2CF9AE}" pid="3" name="MediaServiceImageTags">
    <vt:lpwstr/>
  </property>
</Properties>
</file>